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A2F" w:rsidRPr="00313C8E" w:rsidRDefault="00313C8E" w:rsidP="00313C8E">
      <w:pPr>
        <w:spacing w:after="0" w:line="240" w:lineRule="auto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様式</w:t>
      </w:r>
      <w:r w:rsidRPr="00313C8E">
        <w:rPr>
          <w:rFonts w:asciiTheme="minorEastAsia" w:hAnsiTheme="minorEastAsia" w:hint="eastAsia"/>
          <w:sz w:val="21"/>
          <w:szCs w:val="21"/>
          <w:lang w:eastAsia="ja-JP"/>
        </w:rPr>
        <w:t>第１号</w:t>
      </w:r>
      <w:r>
        <w:rPr>
          <w:rFonts w:asciiTheme="minorEastAsia" w:hAnsiTheme="minorEastAsia" w:hint="eastAsia"/>
          <w:sz w:val="21"/>
          <w:szCs w:val="21"/>
          <w:lang w:eastAsia="ja-JP"/>
        </w:rPr>
        <w:t>（第</w:t>
      </w:r>
      <w:r w:rsidR="000A5576">
        <w:rPr>
          <w:rFonts w:asciiTheme="minorEastAsia" w:hAnsiTheme="minorEastAsia" w:hint="eastAsia"/>
          <w:sz w:val="21"/>
          <w:szCs w:val="21"/>
          <w:lang w:eastAsia="ja-JP"/>
        </w:rPr>
        <w:t>２</w:t>
      </w:r>
      <w:r>
        <w:rPr>
          <w:rFonts w:asciiTheme="minorEastAsia" w:hAnsiTheme="minorEastAsia" w:hint="eastAsia"/>
          <w:sz w:val="21"/>
          <w:szCs w:val="21"/>
          <w:lang w:eastAsia="ja-JP"/>
        </w:rPr>
        <w:t>条関係）</w:t>
      </w:r>
    </w:p>
    <w:p w:rsidR="00204A2F" w:rsidRDefault="00313C8E" w:rsidP="00D0721D">
      <w:pPr>
        <w:spacing w:after="0" w:line="240" w:lineRule="auto"/>
        <w:ind w:rightChars="100" w:right="218"/>
        <w:jc w:val="right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年　　月　　日</w:t>
      </w:r>
    </w:p>
    <w:p w:rsidR="00313C8E" w:rsidRDefault="00313C8E" w:rsidP="00136099">
      <w:pPr>
        <w:spacing w:after="0" w:line="240" w:lineRule="auto"/>
        <w:ind w:firstLineChars="100" w:firstLine="208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下呂市長　様</w:t>
      </w:r>
    </w:p>
    <w:p w:rsidR="00D0721D" w:rsidRDefault="00313C8E" w:rsidP="00136099">
      <w:pPr>
        <w:overflowPunct w:val="0"/>
        <w:spacing w:after="0" w:line="240" w:lineRule="auto"/>
        <w:ind w:leftChars="2500" w:left="5450"/>
        <w:textAlignment w:val="baseline"/>
        <w:rPr>
          <w:rFonts w:ascii="ＭＳ 明朝" w:eastAsia="ＭＳ 明朝" w:hAnsi="ＭＳ 明朝" w:cs="ＭＳ 明朝"/>
          <w:sz w:val="21"/>
          <w:szCs w:val="21"/>
          <w:lang w:eastAsia="ja-JP"/>
        </w:rPr>
      </w:pPr>
      <w:r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申請者</w:t>
      </w:r>
    </w:p>
    <w:p w:rsidR="00313C8E" w:rsidRPr="00313C8E" w:rsidRDefault="00313C8E" w:rsidP="00D0721D">
      <w:pPr>
        <w:overflowPunct w:val="0"/>
        <w:spacing w:after="0" w:line="240" w:lineRule="auto"/>
        <w:ind w:leftChars="2600" w:left="5668" w:firstLine="1"/>
        <w:textAlignment w:val="baseline"/>
        <w:rPr>
          <w:rFonts w:ascii="ＭＳ 明朝" w:eastAsia="ＭＳ 明朝" w:hAnsi="ＭＳ 明朝" w:cs="ＭＳ 明朝"/>
          <w:sz w:val="21"/>
          <w:szCs w:val="21"/>
          <w:lang w:eastAsia="ja-JP"/>
        </w:rPr>
      </w:pPr>
      <w:r w:rsidRPr="00313C8E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住所</w:t>
      </w:r>
    </w:p>
    <w:p w:rsidR="00313C8E" w:rsidRPr="00313C8E" w:rsidRDefault="00313C8E" w:rsidP="00136099">
      <w:pPr>
        <w:overflowPunct w:val="0"/>
        <w:spacing w:beforeLines="50" w:before="212" w:after="0" w:line="240" w:lineRule="auto"/>
        <w:ind w:leftChars="2600" w:left="5668"/>
        <w:textAlignment w:val="baseline"/>
        <w:rPr>
          <w:rFonts w:ascii="ＭＳ 明朝" w:eastAsia="ＭＳ 明朝" w:hAnsi="ＭＳ 明朝" w:cs="ＭＳ 明朝"/>
          <w:sz w:val="21"/>
          <w:szCs w:val="21"/>
          <w:lang w:eastAsia="ja-JP"/>
        </w:rPr>
      </w:pPr>
      <w:r w:rsidRPr="00313C8E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氏名</w:t>
      </w:r>
    </w:p>
    <w:p w:rsidR="00313C8E" w:rsidRPr="00313C8E" w:rsidRDefault="00313C8E" w:rsidP="00D0721D">
      <w:pPr>
        <w:overflowPunct w:val="0"/>
        <w:spacing w:beforeLines="25" w:before="106" w:after="0" w:line="240" w:lineRule="auto"/>
        <w:ind w:leftChars="2600" w:left="5668"/>
        <w:textAlignment w:val="baseline"/>
        <w:rPr>
          <w:rFonts w:ascii="ＭＳ 明朝" w:eastAsia="ＭＳ 明朝" w:hAnsi="ＭＳ 明朝" w:cs="ＭＳ 明朝"/>
          <w:sz w:val="21"/>
          <w:szCs w:val="21"/>
          <w:lang w:eastAsia="ja-JP"/>
        </w:rPr>
      </w:pPr>
      <w:r w:rsidRPr="00313C8E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（法人にあっては名称及び代表者氏名）</w:t>
      </w:r>
    </w:p>
    <w:p w:rsidR="00313C8E" w:rsidRPr="00313C8E" w:rsidRDefault="00313C8E" w:rsidP="00D0721D">
      <w:pPr>
        <w:overflowPunct w:val="0"/>
        <w:spacing w:beforeLines="25" w:before="106" w:after="0" w:line="240" w:lineRule="auto"/>
        <w:ind w:leftChars="2600" w:left="5668"/>
        <w:textAlignment w:val="baseline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電話番号</w:t>
      </w:r>
    </w:p>
    <w:p w:rsidR="00313C8E" w:rsidRPr="00313C8E" w:rsidRDefault="00313C8E" w:rsidP="00136099">
      <w:pPr>
        <w:spacing w:after="0" w:line="240" w:lineRule="auto"/>
        <w:rPr>
          <w:rFonts w:asciiTheme="minorEastAsia" w:hAnsiTheme="minorEastAsia"/>
          <w:sz w:val="21"/>
          <w:szCs w:val="21"/>
          <w:lang w:eastAsia="ja-JP"/>
        </w:rPr>
      </w:pPr>
    </w:p>
    <w:p w:rsidR="00313C8E" w:rsidRPr="00313C8E" w:rsidRDefault="00313C8E" w:rsidP="00136099">
      <w:pPr>
        <w:spacing w:afterLines="50" w:after="212" w:line="240" w:lineRule="auto"/>
        <w:jc w:val="center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都市利便増進協定認定申請書</w:t>
      </w:r>
    </w:p>
    <w:p w:rsidR="00204A2F" w:rsidRPr="00313C8E" w:rsidRDefault="000B606D" w:rsidP="005B7756">
      <w:pPr>
        <w:spacing w:after="0" w:line="240" w:lineRule="auto"/>
        <w:ind w:leftChars="50" w:left="109" w:rightChars="50" w:right="109" w:firstLineChars="100" w:firstLine="208"/>
        <w:rPr>
          <w:rFonts w:asciiTheme="minorEastAsia" w:hAnsiTheme="minorEastAsia"/>
          <w:sz w:val="21"/>
          <w:szCs w:val="21"/>
          <w:lang w:eastAsia="ja-JP"/>
        </w:rPr>
      </w:pPr>
      <w:r w:rsidRPr="00313C8E">
        <w:rPr>
          <w:rFonts w:asciiTheme="minorEastAsia" w:hAnsiTheme="minorEastAsia"/>
          <w:sz w:val="21"/>
          <w:szCs w:val="21"/>
          <w:lang w:eastAsia="ja-JP"/>
        </w:rPr>
        <w:t>都市再生特別措置法第7</w:t>
      </w:r>
      <w:r w:rsidR="00F92716">
        <w:rPr>
          <w:rFonts w:asciiTheme="minorEastAsia" w:hAnsiTheme="minorEastAsia" w:hint="eastAsia"/>
          <w:sz w:val="21"/>
          <w:szCs w:val="21"/>
          <w:lang w:eastAsia="ja-JP"/>
        </w:rPr>
        <w:t>4</w:t>
      </w:r>
      <w:r w:rsidRPr="00313C8E">
        <w:rPr>
          <w:rFonts w:asciiTheme="minorEastAsia" w:hAnsiTheme="minorEastAsia"/>
          <w:sz w:val="21"/>
          <w:szCs w:val="21"/>
          <w:lang w:eastAsia="ja-JP"/>
        </w:rPr>
        <w:t>条</w:t>
      </w:r>
      <w:r w:rsidR="005A5536">
        <w:rPr>
          <w:rFonts w:asciiTheme="minorEastAsia" w:hAnsiTheme="minorEastAsia" w:hint="eastAsia"/>
          <w:sz w:val="21"/>
          <w:szCs w:val="21"/>
          <w:lang w:eastAsia="ja-JP"/>
        </w:rPr>
        <w:t>第１項</w:t>
      </w:r>
      <w:r w:rsidRPr="00313C8E">
        <w:rPr>
          <w:rFonts w:asciiTheme="minorEastAsia" w:hAnsiTheme="minorEastAsia"/>
          <w:sz w:val="21"/>
          <w:szCs w:val="21"/>
          <w:lang w:eastAsia="ja-JP"/>
        </w:rPr>
        <w:t>の規定による都市利便増進協定</w:t>
      </w:r>
      <w:r w:rsidR="00313C8E">
        <w:rPr>
          <w:rFonts w:asciiTheme="minorEastAsia" w:hAnsiTheme="minorEastAsia" w:hint="eastAsia"/>
          <w:sz w:val="21"/>
          <w:szCs w:val="21"/>
          <w:lang w:eastAsia="ja-JP"/>
        </w:rPr>
        <w:t>の認定について</w:t>
      </w:r>
      <w:r w:rsidRPr="00313C8E">
        <w:rPr>
          <w:rFonts w:asciiTheme="minorEastAsia" w:hAnsiTheme="minorEastAsia"/>
          <w:sz w:val="21"/>
          <w:szCs w:val="21"/>
          <w:lang w:eastAsia="ja-JP"/>
        </w:rPr>
        <w:t>、関係</w:t>
      </w:r>
      <w:r w:rsidR="00313C8E">
        <w:rPr>
          <w:rFonts w:asciiTheme="minorEastAsia" w:hAnsiTheme="minorEastAsia" w:hint="eastAsia"/>
          <w:sz w:val="21"/>
          <w:szCs w:val="21"/>
          <w:lang w:eastAsia="ja-JP"/>
        </w:rPr>
        <w:t>書類</w:t>
      </w:r>
      <w:r w:rsidRPr="00313C8E">
        <w:rPr>
          <w:rFonts w:asciiTheme="minorEastAsia" w:hAnsiTheme="minorEastAsia"/>
          <w:sz w:val="21"/>
          <w:szCs w:val="21"/>
          <w:lang w:eastAsia="ja-JP"/>
        </w:rPr>
        <w:t>を添えて申請します。</w:t>
      </w:r>
    </w:p>
    <w:p w:rsidR="00204A2F" w:rsidRPr="00313C8E" w:rsidRDefault="000B606D" w:rsidP="004E5172">
      <w:pPr>
        <w:spacing w:beforeLines="50" w:before="212" w:afterLines="50" w:after="212" w:line="240" w:lineRule="auto"/>
        <w:jc w:val="center"/>
        <w:rPr>
          <w:rFonts w:asciiTheme="minorEastAsia" w:hAnsiTheme="minorEastAsia"/>
          <w:sz w:val="21"/>
          <w:szCs w:val="21"/>
          <w:lang w:eastAsia="ja-JP"/>
        </w:rPr>
      </w:pPr>
      <w:r w:rsidRPr="00313C8E">
        <w:rPr>
          <w:rFonts w:asciiTheme="minorEastAsia" w:hAnsiTheme="minorEastAsia"/>
          <w:sz w:val="21"/>
          <w:szCs w:val="21"/>
          <w:lang w:eastAsia="ja-JP"/>
        </w:rPr>
        <w:t>記</w:t>
      </w:r>
    </w:p>
    <w:p w:rsidR="002441EA" w:rsidRDefault="00DD66A9" w:rsidP="00AA443A">
      <w:pPr>
        <w:spacing w:after="0" w:line="240" w:lineRule="auto"/>
        <w:ind w:leftChars="100" w:left="218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１．</w:t>
      </w:r>
      <w:r w:rsidR="000B606D" w:rsidRPr="00313C8E">
        <w:rPr>
          <w:rFonts w:asciiTheme="minorEastAsia" w:hAnsiTheme="minorEastAsia"/>
          <w:sz w:val="21"/>
          <w:szCs w:val="21"/>
          <w:lang w:eastAsia="ja-JP"/>
        </w:rPr>
        <w:t>協定の名称</w:t>
      </w:r>
    </w:p>
    <w:p w:rsidR="002441EA" w:rsidRDefault="002441EA" w:rsidP="00AA443A">
      <w:pPr>
        <w:spacing w:after="0" w:line="240" w:lineRule="auto"/>
        <w:ind w:leftChars="100" w:left="218"/>
        <w:rPr>
          <w:rFonts w:asciiTheme="minorEastAsia" w:hAnsiTheme="minorEastAsia"/>
          <w:sz w:val="21"/>
          <w:szCs w:val="21"/>
          <w:lang w:eastAsia="ja-JP"/>
        </w:rPr>
      </w:pPr>
    </w:p>
    <w:p w:rsidR="002441EA" w:rsidRDefault="00DD66A9" w:rsidP="00136099">
      <w:pPr>
        <w:spacing w:beforeLines="50" w:before="212" w:after="0" w:line="240" w:lineRule="auto"/>
        <w:ind w:leftChars="100" w:left="218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２．</w:t>
      </w:r>
      <w:r w:rsidR="000B606D" w:rsidRPr="00313C8E">
        <w:rPr>
          <w:rFonts w:asciiTheme="minorEastAsia" w:hAnsiTheme="minorEastAsia"/>
          <w:sz w:val="21"/>
          <w:szCs w:val="21"/>
          <w:lang w:eastAsia="ja-JP"/>
        </w:rPr>
        <w:t>対象とする区域の地名及び地番</w:t>
      </w:r>
    </w:p>
    <w:p w:rsidR="002441EA" w:rsidRDefault="002441EA" w:rsidP="00AA443A">
      <w:pPr>
        <w:spacing w:after="0" w:line="240" w:lineRule="auto"/>
        <w:ind w:leftChars="100" w:left="218"/>
        <w:rPr>
          <w:rFonts w:asciiTheme="minorEastAsia" w:hAnsiTheme="minorEastAsia"/>
          <w:sz w:val="21"/>
          <w:szCs w:val="21"/>
          <w:lang w:eastAsia="ja-JP"/>
        </w:rPr>
      </w:pPr>
    </w:p>
    <w:p w:rsidR="002441EA" w:rsidRDefault="00DD66A9" w:rsidP="00136099">
      <w:pPr>
        <w:spacing w:beforeLines="50" w:before="212" w:after="0" w:line="240" w:lineRule="auto"/>
        <w:ind w:leftChars="100" w:left="218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３．</w:t>
      </w:r>
      <w:r w:rsidR="000B606D" w:rsidRPr="00313C8E">
        <w:rPr>
          <w:rFonts w:asciiTheme="minorEastAsia" w:hAnsiTheme="minorEastAsia"/>
          <w:sz w:val="21"/>
          <w:szCs w:val="21"/>
          <w:lang w:eastAsia="ja-JP"/>
        </w:rPr>
        <w:t>対象とする都市利便増進施設の種類</w:t>
      </w:r>
    </w:p>
    <w:p w:rsidR="002441EA" w:rsidRDefault="002441EA" w:rsidP="00AA443A">
      <w:pPr>
        <w:spacing w:after="0" w:line="240" w:lineRule="auto"/>
        <w:ind w:leftChars="100" w:left="218"/>
        <w:rPr>
          <w:rFonts w:asciiTheme="minorEastAsia" w:hAnsiTheme="minorEastAsia"/>
          <w:sz w:val="21"/>
          <w:szCs w:val="21"/>
          <w:lang w:eastAsia="ja-JP"/>
        </w:rPr>
      </w:pPr>
    </w:p>
    <w:p w:rsidR="002441EA" w:rsidRDefault="00DD66A9" w:rsidP="00136099">
      <w:pPr>
        <w:spacing w:beforeLines="50" w:before="212" w:after="0" w:line="240" w:lineRule="auto"/>
        <w:ind w:leftChars="100" w:left="218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４．</w:t>
      </w:r>
      <w:r w:rsidR="000B606D" w:rsidRPr="00313C8E">
        <w:rPr>
          <w:rFonts w:asciiTheme="minorEastAsia" w:hAnsiTheme="minorEastAsia"/>
          <w:sz w:val="21"/>
          <w:szCs w:val="21"/>
          <w:lang w:eastAsia="ja-JP"/>
        </w:rPr>
        <w:t>有効期間</w:t>
      </w:r>
    </w:p>
    <w:p w:rsidR="002441EA" w:rsidRDefault="002441EA" w:rsidP="00AA443A">
      <w:pPr>
        <w:spacing w:after="0" w:line="240" w:lineRule="auto"/>
        <w:ind w:leftChars="100" w:left="218"/>
        <w:rPr>
          <w:rFonts w:asciiTheme="minorEastAsia" w:hAnsiTheme="minorEastAsia"/>
          <w:sz w:val="21"/>
          <w:szCs w:val="21"/>
          <w:lang w:eastAsia="ja-JP"/>
        </w:rPr>
      </w:pPr>
    </w:p>
    <w:p w:rsidR="00204A2F" w:rsidRDefault="00DD66A9" w:rsidP="00136099">
      <w:pPr>
        <w:spacing w:beforeLines="50" w:before="212" w:after="0" w:line="240" w:lineRule="auto"/>
        <w:ind w:leftChars="100" w:left="218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５．</w:t>
      </w:r>
      <w:r w:rsidR="000B606D" w:rsidRPr="00313C8E">
        <w:rPr>
          <w:rFonts w:asciiTheme="minorEastAsia" w:hAnsiTheme="minorEastAsia"/>
          <w:sz w:val="21"/>
          <w:szCs w:val="21"/>
          <w:lang w:eastAsia="ja-JP"/>
        </w:rPr>
        <w:t>特記事項</w:t>
      </w:r>
    </w:p>
    <w:p w:rsidR="002441EA" w:rsidRDefault="002441EA" w:rsidP="004D402D">
      <w:pPr>
        <w:spacing w:after="0" w:line="240" w:lineRule="auto"/>
        <w:rPr>
          <w:rFonts w:asciiTheme="minorEastAsia" w:hAnsiTheme="minorEastAsia"/>
          <w:sz w:val="21"/>
          <w:szCs w:val="21"/>
          <w:lang w:eastAsia="ja-JP"/>
        </w:rPr>
      </w:pPr>
      <w:bookmarkStart w:id="0" w:name="_GoBack"/>
      <w:bookmarkEnd w:id="0"/>
    </w:p>
    <w:sectPr w:rsidR="002441EA" w:rsidSect="003D5BCA">
      <w:type w:val="continuous"/>
      <w:pgSz w:w="11907" w:h="16840" w:code="9"/>
      <w:pgMar w:top="1418" w:right="1134" w:bottom="1134" w:left="1134" w:header="720" w:footer="720" w:gutter="0"/>
      <w:cols w:space="720"/>
      <w:docGrid w:type="linesAndChars" w:linePitch="424" w:charSpace="-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A6D" w:rsidRDefault="005C5A6D" w:rsidP="005A5536">
      <w:pPr>
        <w:spacing w:after="0" w:line="240" w:lineRule="auto"/>
      </w:pPr>
      <w:r>
        <w:separator/>
      </w:r>
    </w:p>
  </w:endnote>
  <w:endnote w:type="continuationSeparator" w:id="0">
    <w:p w:rsidR="005C5A6D" w:rsidRDefault="005C5A6D" w:rsidP="005A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A6D" w:rsidRDefault="005C5A6D" w:rsidP="005A5536">
      <w:pPr>
        <w:spacing w:after="0" w:line="240" w:lineRule="auto"/>
      </w:pPr>
      <w:r>
        <w:separator/>
      </w:r>
    </w:p>
  </w:footnote>
  <w:footnote w:type="continuationSeparator" w:id="0">
    <w:p w:rsidR="005C5A6D" w:rsidRDefault="005C5A6D" w:rsidP="005A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09"/>
  <w:drawingGridVerticalSpacing w:val="212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90E"/>
    <w:rsid w:val="000A5576"/>
    <w:rsid w:val="000B606D"/>
    <w:rsid w:val="00136099"/>
    <w:rsid w:val="0015074B"/>
    <w:rsid w:val="00204A2F"/>
    <w:rsid w:val="002441EA"/>
    <w:rsid w:val="0029639D"/>
    <w:rsid w:val="00313C8E"/>
    <w:rsid w:val="00326F90"/>
    <w:rsid w:val="003714AD"/>
    <w:rsid w:val="003D5BCA"/>
    <w:rsid w:val="0041269A"/>
    <w:rsid w:val="004929EA"/>
    <w:rsid w:val="004B63BA"/>
    <w:rsid w:val="004D402D"/>
    <w:rsid w:val="004E5172"/>
    <w:rsid w:val="005A5536"/>
    <w:rsid w:val="005B7756"/>
    <w:rsid w:val="005C5A6D"/>
    <w:rsid w:val="0072063C"/>
    <w:rsid w:val="007364C9"/>
    <w:rsid w:val="00751F32"/>
    <w:rsid w:val="0077217E"/>
    <w:rsid w:val="00786A74"/>
    <w:rsid w:val="007B1A40"/>
    <w:rsid w:val="00815BA2"/>
    <w:rsid w:val="00824E1E"/>
    <w:rsid w:val="008B6E2E"/>
    <w:rsid w:val="008D71A3"/>
    <w:rsid w:val="008E5BCF"/>
    <w:rsid w:val="0090190D"/>
    <w:rsid w:val="0096526B"/>
    <w:rsid w:val="009A451D"/>
    <w:rsid w:val="00A51F03"/>
    <w:rsid w:val="00A9560C"/>
    <w:rsid w:val="00A97445"/>
    <w:rsid w:val="00AA1D8D"/>
    <w:rsid w:val="00AA443A"/>
    <w:rsid w:val="00B47730"/>
    <w:rsid w:val="00BE52CD"/>
    <w:rsid w:val="00C11E3E"/>
    <w:rsid w:val="00C91F1C"/>
    <w:rsid w:val="00CA7D7F"/>
    <w:rsid w:val="00CB0664"/>
    <w:rsid w:val="00CD5697"/>
    <w:rsid w:val="00D04E1B"/>
    <w:rsid w:val="00D0721D"/>
    <w:rsid w:val="00D15181"/>
    <w:rsid w:val="00D943A6"/>
    <w:rsid w:val="00DD66A9"/>
    <w:rsid w:val="00F927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8E5B98"/>
  <w14:defaultImageDpi w14:val="300"/>
  <w15:docId w15:val="{66A262C8-A49A-4E6A-8C32-CFADA766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freewordhighlight1">
    <w:name w:val="freewordhighlight1"/>
    <w:basedOn w:val="a2"/>
    <w:rsid w:val="00786A74"/>
  </w:style>
  <w:style w:type="paragraph" w:styleId="aff">
    <w:name w:val="Note Heading"/>
    <w:basedOn w:val="a1"/>
    <w:next w:val="a1"/>
    <w:link w:val="aff0"/>
    <w:uiPriority w:val="99"/>
    <w:unhideWhenUsed/>
    <w:rsid w:val="00DD66A9"/>
    <w:pPr>
      <w:jc w:val="center"/>
    </w:pPr>
    <w:rPr>
      <w:rFonts w:asciiTheme="minorEastAsia" w:hAnsiTheme="minorEastAsia"/>
      <w:sz w:val="21"/>
      <w:szCs w:val="21"/>
      <w:lang w:eastAsia="ja-JP"/>
    </w:rPr>
  </w:style>
  <w:style w:type="character" w:customStyle="1" w:styleId="aff0">
    <w:name w:val="記 (文字)"/>
    <w:basedOn w:val="a2"/>
    <w:link w:val="aff"/>
    <w:uiPriority w:val="99"/>
    <w:rsid w:val="00DD66A9"/>
    <w:rPr>
      <w:rFonts w:asciiTheme="minorEastAsia" w:hAnsiTheme="minorEastAsia"/>
      <w:sz w:val="21"/>
      <w:szCs w:val="21"/>
      <w:lang w:eastAsia="ja-JP"/>
    </w:rPr>
  </w:style>
  <w:style w:type="paragraph" w:styleId="aff1">
    <w:name w:val="Closing"/>
    <w:basedOn w:val="a1"/>
    <w:link w:val="aff2"/>
    <w:uiPriority w:val="99"/>
    <w:unhideWhenUsed/>
    <w:rsid w:val="00DD66A9"/>
    <w:pPr>
      <w:jc w:val="right"/>
    </w:pPr>
    <w:rPr>
      <w:rFonts w:asciiTheme="minorEastAsia" w:hAnsiTheme="minorEastAsia"/>
      <w:sz w:val="21"/>
      <w:szCs w:val="21"/>
      <w:lang w:eastAsia="ja-JP"/>
    </w:rPr>
  </w:style>
  <w:style w:type="character" w:customStyle="1" w:styleId="aff2">
    <w:name w:val="結語 (文字)"/>
    <w:basedOn w:val="a2"/>
    <w:link w:val="aff1"/>
    <w:uiPriority w:val="99"/>
    <w:rsid w:val="00DD66A9"/>
    <w:rPr>
      <w:rFonts w:asciiTheme="minorEastAsia" w:hAnsiTheme="minorEastAsia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0A0B52-F6B0-488B-B927-070842B6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佐古 康介</cp:lastModifiedBy>
  <cp:revision>32</cp:revision>
  <dcterms:created xsi:type="dcterms:W3CDTF">2013-12-23T23:15:00Z</dcterms:created>
  <dcterms:modified xsi:type="dcterms:W3CDTF">2026-08-13T07:25:00Z</dcterms:modified>
  <cp:category/>
</cp:coreProperties>
</file>