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4A2F" w:rsidRPr="00313C8E" w:rsidRDefault="00DD66A9" w:rsidP="00DD66A9">
      <w:pPr>
        <w:spacing w:after="0" w:line="240" w:lineRule="auto"/>
        <w:rPr>
          <w:rFonts w:asciiTheme="minorEastAsia" w:hAnsiTheme="minorEastAsia"/>
          <w:sz w:val="21"/>
          <w:szCs w:val="21"/>
          <w:lang w:eastAsia="ja-JP"/>
        </w:rPr>
      </w:pPr>
      <w:r>
        <w:rPr>
          <w:rFonts w:asciiTheme="minorEastAsia" w:hAnsiTheme="minorEastAsia" w:hint="eastAsia"/>
          <w:sz w:val="21"/>
          <w:szCs w:val="21"/>
          <w:lang w:eastAsia="ja-JP"/>
        </w:rPr>
        <w:t>様式第３号（第</w:t>
      </w:r>
      <w:r w:rsidR="000A5576">
        <w:rPr>
          <w:rFonts w:asciiTheme="minorEastAsia" w:hAnsiTheme="minorEastAsia" w:hint="eastAsia"/>
          <w:sz w:val="21"/>
          <w:szCs w:val="21"/>
          <w:lang w:eastAsia="ja-JP"/>
        </w:rPr>
        <w:t>４</w:t>
      </w:r>
      <w:r>
        <w:rPr>
          <w:rFonts w:asciiTheme="minorEastAsia" w:hAnsiTheme="minorEastAsia" w:hint="eastAsia"/>
          <w:sz w:val="21"/>
          <w:szCs w:val="21"/>
          <w:lang w:eastAsia="ja-JP"/>
        </w:rPr>
        <w:t>条関係）</w:t>
      </w:r>
    </w:p>
    <w:p w:rsidR="00DD66A9" w:rsidRDefault="00DD66A9" w:rsidP="00DD66A9">
      <w:pPr>
        <w:spacing w:after="0" w:line="240" w:lineRule="auto"/>
        <w:ind w:rightChars="100" w:right="218"/>
        <w:jc w:val="right"/>
        <w:rPr>
          <w:rFonts w:asciiTheme="minorEastAsia" w:hAnsiTheme="minorEastAsia"/>
          <w:sz w:val="21"/>
          <w:szCs w:val="21"/>
          <w:lang w:eastAsia="ja-JP"/>
        </w:rPr>
      </w:pPr>
      <w:r>
        <w:rPr>
          <w:rFonts w:asciiTheme="minorEastAsia" w:hAnsiTheme="minorEastAsia" w:hint="eastAsia"/>
          <w:sz w:val="21"/>
          <w:szCs w:val="21"/>
          <w:lang w:eastAsia="ja-JP"/>
        </w:rPr>
        <w:t>年　　月　　日</w:t>
      </w:r>
    </w:p>
    <w:p w:rsidR="00DD66A9" w:rsidRDefault="00DD66A9" w:rsidP="00136099">
      <w:pPr>
        <w:spacing w:after="0" w:line="240" w:lineRule="auto"/>
        <w:ind w:firstLineChars="100" w:firstLine="208"/>
        <w:rPr>
          <w:rFonts w:asciiTheme="minorEastAsia" w:hAnsiTheme="minorEastAsia"/>
          <w:sz w:val="21"/>
          <w:szCs w:val="21"/>
          <w:lang w:eastAsia="ja-JP"/>
        </w:rPr>
      </w:pPr>
      <w:r>
        <w:rPr>
          <w:rFonts w:asciiTheme="minorEastAsia" w:hAnsiTheme="minorEastAsia" w:hint="eastAsia"/>
          <w:sz w:val="21"/>
          <w:szCs w:val="21"/>
          <w:lang w:eastAsia="ja-JP"/>
        </w:rPr>
        <w:t>下呂市長　様</w:t>
      </w:r>
    </w:p>
    <w:p w:rsidR="00DD66A9" w:rsidRDefault="00DD66A9" w:rsidP="00136099">
      <w:pPr>
        <w:overflowPunct w:val="0"/>
        <w:spacing w:after="0" w:line="240" w:lineRule="auto"/>
        <w:ind w:leftChars="2500" w:left="5450"/>
        <w:textAlignment w:val="baseline"/>
        <w:rPr>
          <w:rFonts w:ascii="ＭＳ 明朝" w:eastAsia="ＭＳ 明朝" w:hAnsi="ＭＳ 明朝" w:cs="ＭＳ 明朝"/>
          <w:sz w:val="21"/>
          <w:szCs w:val="21"/>
          <w:lang w:eastAsia="ja-JP"/>
        </w:rPr>
      </w:pPr>
      <w:r>
        <w:rPr>
          <w:rFonts w:ascii="ＭＳ 明朝" w:eastAsia="ＭＳ 明朝" w:hAnsi="ＭＳ 明朝" w:cs="ＭＳ 明朝" w:hint="eastAsia"/>
          <w:sz w:val="21"/>
          <w:szCs w:val="21"/>
          <w:lang w:eastAsia="ja-JP"/>
        </w:rPr>
        <w:t>申請者</w:t>
      </w:r>
    </w:p>
    <w:p w:rsidR="00DD66A9" w:rsidRPr="00313C8E" w:rsidRDefault="00DD66A9" w:rsidP="00DD66A9">
      <w:pPr>
        <w:overflowPunct w:val="0"/>
        <w:spacing w:after="0" w:line="240" w:lineRule="auto"/>
        <w:ind w:leftChars="2600" w:left="5668" w:firstLine="1"/>
        <w:textAlignment w:val="baseline"/>
        <w:rPr>
          <w:rFonts w:ascii="ＭＳ 明朝" w:eastAsia="ＭＳ 明朝" w:hAnsi="ＭＳ 明朝" w:cs="ＭＳ 明朝"/>
          <w:sz w:val="21"/>
          <w:szCs w:val="21"/>
          <w:lang w:eastAsia="ja-JP"/>
        </w:rPr>
      </w:pPr>
      <w:r w:rsidRPr="00313C8E">
        <w:rPr>
          <w:rFonts w:ascii="ＭＳ 明朝" w:eastAsia="ＭＳ 明朝" w:hAnsi="ＭＳ 明朝" w:cs="ＭＳ 明朝" w:hint="eastAsia"/>
          <w:sz w:val="21"/>
          <w:szCs w:val="21"/>
          <w:lang w:eastAsia="ja-JP"/>
        </w:rPr>
        <w:t>住所</w:t>
      </w:r>
    </w:p>
    <w:p w:rsidR="00DD66A9" w:rsidRPr="00313C8E" w:rsidRDefault="00DD66A9" w:rsidP="00136099">
      <w:pPr>
        <w:overflowPunct w:val="0"/>
        <w:spacing w:beforeLines="50" w:before="212" w:after="0" w:line="240" w:lineRule="auto"/>
        <w:ind w:leftChars="2600" w:left="5668"/>
        <w:textAlignment w:val="baseline"/>
        <w:rPr>
          <w:rFonts w:ascii="ＭＳ 明朝" w:eastAsia="ＭＳ 明朝" w:hAnsi="ＭＳ 明朝" w:cs="ＭＳ 明朝"/>
          <w:sz w:val="21"/>
          <w:szCs w:val="21"/>
          <w:lang w:eastAsia="ja-JP"/>
        </w:rPr>
      </w:pPr>
      <w:r w:rsidRPr="00313C8E">
        <w:rPr>
          <w:rFonts w:ascii="ＭＳ 明朝" w:eastAsia="ＭＳ 明朝" w:hAnsi="ＭＳ 明朝" w:cs="ＭＳ 明朝" w:hint="eastAsia"/>
          <w:sz w:val="21"/>
          <w:szCs w:val="21"/>
          <w:lang w:eastAsia="ja-JP"/>
        </w:rPr>
        <w:t>氏名</w:t>
      </w:r>
    </w:p>
    <w:p w:rsidR="00DD66A9" w:rsidRPr="00313C8E" w:rsidRDefault="00DD66A9" w:rsidP="00DD66A9">
      <w:pPr>
        <w:overflowPunct w:val="0"/>
        <w:spacing w:beforeLines="25" w:before="106" w:after="0" w:line="240" w:lineRule="auto"/>
        <w:ind w:leftChars="2600" w:left="5668"/>
        <w:textAlignment w:val="baseline"/>
        <w:rPr>
          <w:rFonts w:ascii="ＭＳ 明朝" w:eastAsia="ＭＳ 明朝" w:hAnsi="ＭＳ 明朝" w:cs="ＭＳ 明朝"/>
          <w:sz w:val="21"/>
          <w:szCs w:val="21"/>
          <w:lang w:eastAsia="ja-JP"/>
        </w:rPr>
      </w:pPr>
      <w:r w:rsidRPr="00313C8E">
        <w:rPr>
          <w:rFonts w:ascii="ＭＳ 明朝" w:eastAsia="ＭＳ 明朝" w:hAnsi="ＭＳ 明朝" w:cs="ＭＳ 明朝" w:hint="eastAsia"/>
          <w:sz w:val="21"/>
          <w:szCs w:val="21"/>
          <w:lang w:eastAsia="ja-JP"/>
        </w:rPr>
        <w:t>（法人にあっては名称及び代表者氏名）</w:t>
      </w:r>
    </w:p>
    <w:p w:rsidR="00204A2F" w:rsidRDefault="00DD66A9" w:rsidP="00136099">
      <w:pPr>
        <w:overflowPunct w:val="0"/>
        <w:spacing w:beforeLines="25" w:before="106" w:after="0" w:line="240" w:lineRule="auto"/>
        <w:ind w:leftChars="2600" w:left="5668"/>
        <w:textAlignment w:val="baseline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cs="ＭＳ 明朝" w:hint="eastAsia"/>
          <w:sz w:val="21"/>
          <w:szCs w:val="21"/>
          <w:lang w:eastAsia="ja-JP"/>
        </w:rPr>
        <w:t>電話番号</w:t>
      </w:r>
    </w:p>
    <w:p w:rsidR="00136099" w:rsidRDefault="00136099" w:rsidP="00136099">
      <w:pPr>
        <w:overflowPunct w:val="0"/>
        <w:spacing w:after="0" w:line="240" w:lineRule="auto"/>
        <w:textAlignment w:val="baseline"/>
        <w:rPr>
          <w:rFonts w:ascii="ＭＳ 明朝" w:eastAsia="ＭＳ 明朝" w:hAnsi="ＭＳ 明朝" w:cs="ＭＳ 明朝"/>
          <w:sz w:val="21"/>
          <w:szCs w:val="21"/>
          <w:lang w:eastAsia="ja-JP"/>
        </w:rPr>
      </w:pPr>
    </w:p>
    <w:p w:rsidR="00136099" w:rsidRPr="00136099" w:rsidRDefault="00136099" w:rsidP="00136099">
      <w:pPr>
        <w:overflowPunct w:val="0"/>
        <w:spacing w:afterLines="50" w:after="212" w:line="240" w:lineRule="auto"/>
        <w:jc w:val="center"/>
        <w:textAlignment w:val="baseline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cs="ＭＳ 明朝" w:hint="eastAsia"/>
          <w:sz w:val="21"/>
          <w:szCs w:val="21"/>
          <w:lang w:eastAsia="ja-JP"/>
        </w:rPr>
        <w:t>都市利便増進協定変更認定申請書</w:t>
      </w:r>
    </w:p>
    <w:p w:rsidR="00204A2F" w:rsidRPr="00136099" w:rsidRDefault="000B606D" w:rsidP="00DD66A9">
      <w:pPr>
        <w:spacing w:after="0" w:line="240" w:lineRule="auto"/>
        <w:ind w:leftChars="50" w:left="109" w:rightChars="50" w:right="109" w:firstLineChars="100" w:firstLine="208"/>
        <w:rPr>
          <w:rFonts w:ascii="ＭＳ 明朝" w:eastAsia="ＭＳ 明朝" w:hAnsi="ＭＳ 明朝"/>
          <w:sz w:val="21"/>
          <w:szCs w:val="21"/>
          <w:lang w:eastAsia="ja-JP"/>
        </w:rPr>
      </w:pPr>
      <w:r w:rsidRPr="00136099">
        <w:rPr>
          <w:rFonts w:ascii="ＭＳ 明朝" w:eastAsia="ＭＳ 明朝" w:hAnsi="ＭＳ 明朝"/>
          <w:sz w:val="21"/>
          <w:szCs w:val="21"/>
          <w:lang w:eastAsia="ja-JP"/>
        </w:rPr>
        <w:t>都市再生特別措置法第</w:t>
      </w:r>
      <w:r w:rsidR="00DD66A9" w:rsidRPr="00136099">
        <w:rPr>
          <w:rFonts w:ascii="ＭＳ 明朝" w:eastAsia="ＭＳ 明朝" w:hAnsi="ＭＳ 明朝" w:hint="eastAsia"/>
          <w:sz w:val="21"/>
          <w:szCs w:val="21"/>
          <w:lang w:eastAsia="ja-JP"/>
        </w:rPr>
        <w:t>76</w:t>
      </w:r>
      <w:r w:rsidRPr="00136099">
        <w:rPr>
          <w:rFonts w:ascii="ＭＳ 明朝" w:eastAsia="ＭＳ 明朝" w:hAnsi="ＭＳ 明朝"/>
          <w:sz w:val="21"/>
          <w:szCs w:val="21"/>
          <w:lang w:eastAsia="ja-JP"/>
        </w:rPr>
        <w:t>条</w:t>
      </w:r>
      <w:r w:rsidR="00DD66A9" w:rsidRPr="00136099">
        <w:rPr>
          <w:rFonts w:ascii="ＭＳ 明朝" w:eastAsia="ＭＳ 明朝" w:hAnsi="ＭＳ 明朝" w:hint="eastAsia"/>
          <w:sz w:val="21"/>
          <w:szCs w:val="21"/>
          <w:lang w:eastAsia="ja-JP"/>
        </w:rPr>
        <w:t>第１項</w:t>
      </w:r>
      <w:r w:rsidRPr="00136099">
        <w:rPr>
          <w:rFonts w:ascii="ＭＳ 明朝" w:eastAsia="ＭＳ 明朝" w:hAnsi="ＭＳ 明朝"/>
          <w:sz w:val="21"/>
          <w:szCs w:val="21"/>
          <w:lang w:eastAsia="ja-JP"/>
        </w:rPr>
        <w:t>の規定による都市利便増進協定の変更の認定について、関係</w:t>
      </w:r>
      <w:r w:rsidR="00DD66A9" w:rsidRPr="00136099">
        <w:rPr>
          <w:rFonts w:ascii="ＭＳ 明朝" w:eastAsia="ＭＳ 明朝" w:hAnsi="ＭＳ 明朝" w:hint="eastAsia"/>
          <w:sz w:val="21"/>
          <w:szCs w:val="21"/>
          <w:lang w:eastAsia="ja-JP"/>
        </w:rPr>
        <w:t>書類</w:t>
      </w:r>
      <w:r w:rsidRPr="00136099">
        <w:rPr>
          <w:rFonts w:ascii="ＭＳ 明朝" w:eastAsia="ＭＳ 明朝" w:hAnsi="ＭＳ 明朝"/>
          <w:sz w:val="21"/>
          <w:szCs w:val="21"/>
          <w:lang w:eastAsia="ja-JP"/>
        </w:rPr>
        <w:t>を添えて申請します。</w:t>
      </w:r>
    </w:p>
    <w:p w:rsidR="00DD66A9" w:rsidRPr="00136099" w:rsidRDefault="000B606D" w:rsidP="00136099">
      <w:pPr>
        <w:pStyle w:val="aff"/>
        <w:spacing w:beforeLines="25" w:before="106" w:afterLines="30" w:after="127"/>
        <w:rPr>
          <w:rFonts w:ascii="ＭＳ 明朝" w:eastAsia="ＭＳ 明朝" w:hAnsi="ＭＳ 明朝"/>
        </w:rPr>
      </w:pPr>
      <w:r w:rsidRPr="00136099">
        <w:rPr>
          <w:rFonts w:ascii="ＭＳ 明朝" w:eastAsia="ＭＳ 明朝" w:hAnsi="ＭＳ 明朝"/>
        </w:rPr>
        <w:t>記</w:t>
      </w:r>
    </w:p>
    <w:p w:rsidR="00DD66A9" w:rsidRPr="00136099" w:rsidRDefault="00DD66A9" w:rsidP="00136099">
      <w:pPr>
        <w:spacing w:after="0"/>
        <w:ind w:leftChars="100" w:left="218"/>
        <w:rPr>
          <w:rFonts w:ascii="ＭＳ 明朝" w:eastAsia="ＭＳ 明朝" w:hAnsi="ＭＳ 明朝"/>
          <w:sz w:val="21"/>
          <w:szCs w:val="21"/>
          <w:lang w:eastAsia="ja-JP"/>
        </w:rPr>
      </w:pPr>
      <w:r w:rsidRPr="00136099">
        <w:rPr>
          <w:rFonts w:ascii="ＭＳ 明朝" w:eastAsia="ＭＳ 明朝" w:hAnsi="ＭＳ 明朝" w:hint="eastAsia"/>
          <w:sz w:val="21"/>
          <w:szCs w:val="21"/>
          <w:lang w:eastAsia="ja-JP"/>
        </w:rPr>
        <w:t>１．</w:t>
      </w:r>
      <w:r w:rsidR="000B606D" w:rsidRPr="00136099">
        <w:rPr>
          <w:rFonts w:ascii="ＭＳ 明朝" w:eastAsia="ＭＳ 明朝" w:hAnsi="ＭＳ 明朝"/>
          <w:sz w:val="21"/>
          <w:szCs w:val="21"/>
          <w:lang w:eastAsia="ja-JP"/>
        </w:rPr>
        <w:t>認定年月日及び文書番号</w:t>
      </w:r>
      <w:bookmarkStart w:id="0" w:name="_GoBack"/>
      <w:bookmarkEnd w:id="0"/>
    </w:p>
    <w:p w:rsidR="00136099" w:rsidRPr="00136099" w:rsidRDefault="00136099" w:rsidP="00136099">
      <w:pPr>
        <w:spacing w:after="0"/>
        <w:ind w:leftChars="100" w:left="218"/>
        <w:rPr>
          <w:rFonts w:ascii="ＭＳ 明朝" w:eastAsia="ＭＳ 明朝" w:hAnsi="ＭＳ 明朝"/>
          <w:sz w:val="21"/>
          <w:szCs w:val="21"/>
          <w:lang w:eastAsia="ja-JP"/>
        </w:rPr>
      </w:pPr>
    </w:p>
    <w:p w:rsidR="00DD66A9" w:rsidRPr="00136099" w:rsidRDefault="00DD66A9" w:rsidP="00136099">
      <w:pPr>
        <w:spacing w:beforeLines="50" w:before="212" w:after="0"/>
        <w:ind w:leftChars="100" w:left="218"/>
        <w:rPr>
          <w:rFonts w:ascii="ＭＳ 明朝" w:eastAsia="ＭＳ 明朝" w:hAnsi="ＭＳ 明朝"/>
          <w:sz w:val="21"/>
          <w:szCs w:val="21"/>
          <w:lang w:eastAsia="ja-JP"/>
        </w:rPr>
      </w:pPr>
      <w:r w:rsidRPr="00136099">
        <w:rPr>
          <w:rFonts w:ascii="ＭＳ 明朝" w:eastAsia="ＭＳ 明朝" w:hAnsi="ＭＳ 明朝" w:hint="eastAsia"/>
          <w:sz w:val="21"/>
          <w:szCs w:val="21"/>
          <w:lang w:eastAsia="ja-JP"/>
        </w:rPr>
        <w:t>２．</w:t>
      </w:r>
      <w:r w:rsidR="000B606D" w:rsidRPr="00136099">
        <w:rPr>
          <w:rFonts w:ascii="ＭＳ 明朝" w:eastAsia="ＭＳ 明朝" w:hAnsi="ＭＳ 明朝"/>
          <w:sz w:val="21"/>
          <w:szCs w:val="21"/>
          <w:lang w:eastAsia="ja-JP"/>
        </w:rPr>
        <w:t>協定の名称</w:t>
      </w:r>
    </w:p>
    <w:p w:rsidR="00136099" w:rsidRPr="00136099" w:rsidRDefault="00136099" w:rsidP="00136099">
      <w:pPr>
        <w:spacing w:after="0"/>
        <w:ind w:leftChars="100" w:left="218"/>
        <w:rPr>
          <w:rFonts w:ascii="ＭＳ 明朝" w:eastAsia="ＭＳ 明朝" w:hAnsi="ＭＳ 明朝"/>
          <w:sz w:val="21"/>
          <w:szCs w:val="21"/>
          <w:lang w:eastAsia="ja-JP"/>
        </w:rPr>
      </w:pPr>
    </w:p>
    <w:p w:rsidR="00DD66A9" w:rsidRPr="00136099" w:rsidRDefault="00DD66A9" w:rsidP="00136099">
      <w:pPr>
        <w:spacing w:beforeLines="50" w:before="212" w:after="0"/>
        <w:ind w:leftChars="100" w:left="218"/>
        <w:rPr>
          <w:rFonts w:ascii="ＭＳ 明朝" w:eastAsia="ＭＳ 明朝" w:hAnsi="ＭＳ 明朝"/>
          <w:sz w:val="21"/>
          <w:szCs w:val="21"/>
          <w:lang w:eastAsia="ja-JP"/>
        </w:rPr>
      </w:pPr>
      <w:r w:rsidRPr="00136099">
        <w:rPr>
          <w:rFonts w:ascii="ＭＳ 明朝" w:eastAsia="ＭＳ 明朝" w:hAnsi="ＭＳ 明朝" w:hint="eastAsia"/>
          <w:sz w:val="21"/>
          <w:szCs w:val="21"/>
          <w:lang w:eastAsia="ja-JP"/>
        </w:rPr>
        <w:t>３．</w:t>
      </w:r>
      <w:r w:rsidR="000B606D" w:rsidRPr="00136099">
        <w:rPr>
          <w:rFonts w:ascii="ＭＳ 明朝" w:eastAsia="ＭＳ 明朝" w:hAnsi="ＭＳ 明朝"/>
          <w:sz w:val="21"/>
          <w:szCs w:val="21"/>
          <w:lang w:eastAsia="ja-JP"/>
        </w:rPr>
        <w:t>対象とする区域の地名及び地番</w:t>
      </w:r>
    </w:p>
    <w:p w:rsidR="00136099" w:rsidRPr="00136099" w:rsidRDefault="00136099" w:rsidP="00136099">
      <w:pPr>
        <w:spacing w:after="0"/>
        <w:ind w:leftChars="100" w:left="218"/>
        <w:rPr>
          <w:rFonts w:ascii="ＭＳ 明朝" w:eastAsia="ＭＳ 明朝" w:hAnsi="ＭＳ 明朝"/>
          <w:sz w:val="21"/>
          <w:szCs w:val="21"/>
          <w:lang w:eastAsia="ja-JP"/>
        </w:rPr>
      </w:pPr>
    </w:p>
    <w:p w:rsidR="00DD66A9" w:rsidRPr="00136099" w:rsidRDefault="00DD66A9" w:rsidP="00136099">
      <w:pPr>
        <w:spacing w:beforeLines="50" w:before="212" w:after="0"/>
        <w:ind w:leftChars="100" w:left="218"/>
        <w:rPr>
          <w:rFonts w:ascii="ＭＳ 明朝" w:eastAsia="ＭＳ 明朝" w:hAnsi="ＭＳ 明朝"/>
          <w:sz w:val="21"/>
          <w:szCs w:val="21"/>
          <w:lang w:eastAsia="ja-JP"/>
        </w:rPr>
      </w:pPr>
      <w:r w:rsidRPr="00136099">
        <w:rPr>
          <w:rFonts w:ascii="ＭＳ 明朝" w:eastAsia="ＭＳ 明朝" w:hAnsi="ＭＳ 明朝" w:hint="eastAsia"/>
          <w:sz w:val="21"/>
          <w:szCs w:val="21"/>
          <w:lang w:eastAsia="ja-JP"/>
        </w:rPr>
        <w:t>４．</w:t>
      </w:r>
      <w:r w:rsidR="000B606D" w:rsidRPr="00136099">
        <w:rPr>
          <w:rFonts w:ascii="ＭＳ 明朝" w:eastAsia="ＭＳ 明朝" w:hAnsi="ＭＳ 明朝"/>
          <w:sz w:val="21"/>
          <w:szCs w:val="21"/>
          <w:lang w:eastAsia="ja-JP"/>
        </w:rPr>
        <w:t>対象とする都市利便増進施設の種類</w:t>
      </w:r>
    </w:p>
    <w:p w:rsidR="00136099" w:rsidRPr="00136099" w:rsidRDefault="00136099" w:rsidP="00136099">
      <w:pPr>
        <w:spacing w:after="0"/>
        <w:ind w:leftChars="100" w:left="218"/>
        <w:rPr>
          <w:rFonts w:ascii="ＭＳ 明朝" w:eastAsia="ＭＳ 明朝" w:hAnsi="ＭＳ 明朝"/>
          <w:sz w:val="21"/>
          <w:szCs w:val="21"/>
          <w:lang w:eastAsia="ja-JP"/>
        </w:rPr>
      </w:pPr>
    </w:p>
    <w:p w:rsidR="00DD66A9" w:rsidRDefault="00DD66A9" w:rsidP="00136099">
      <w:pPr>
        <w:spacing w:beforeLines="50" w:before="212" w:after="0"/>
        <w:ind w:leftChars="100" w:left="218"/>
        <w:rPr>
          <w:rFonts w:ascii="ＭＳ 明朝" w:eastAsia="ＭＳ 明朝" w:hAnsi="ＭＳ 明朝"/>
          <w:sz w:val="21"/>
          <w:szCs w:val="21"/>
          <w:lang w:eastAsia="ja-JP"/>
        </w:rPr>
      </w:pPr>
      <w:r w:rsidRPr="00136099">
        <w:rPr>
          <w:rFonts w:ascii="ＭＳ 明朝" w:eastAsia="ＭＳ 明朝" w:hAnsi="ＭＳ 明朝" w:hint="eastAsia"/>
          <w:sz w:val="21"/>
          <w:szCs w:val="21"/>
          <w:lang w:eastAsia="ja-JP"/>
        </w:rPr>
        <w:t>５．</w:t>
      </w:r>
      <w:r w:rsidR="000B606D" w:rsidRPr="00136099">
        <w:rPr>
          <w:rFonts w:ascii="ＭＳ 明朝" w:eastAsia="ＭＳ 明朝" w:hAnsi="ＭＳ 明朝"/>
          <w:sz w:val="21"/>
          <w:szCs w:val="21"/>
          <w:lang w:eastAsia="ja-JP"/>
        </w:rPr>
        <w:t>変更の場合は、その変更の内容</w:t>
      </w:r>
    </w:p>
    <w:p w:rsidR="00136099" w:rsidRPr="00136099" w:rsidRDefault="00136099" w:rsidP="00136099">
      <w:pPr>
        <w:spacing w:after="0"/>
        <w:ind w:leftChars="100" w:left="218"/>
        <w:rPr>
          <w:rFonts w:ascii="ＭＳ 明朝" w:eastAsia="ＭＳ 明朝" w:hAnsi="ＭＳ 明朝"/>
          <w:sz w:val="21"/>
          <w:szCs w:val="21"/>
          <w:lang w:eastAsia="ja-JP"/>
        </w:rPr>
      </w:pPr>
    </w:p>
    <w:p w:rsidR="00DD66A9" w:rsidRDefault="00DD66A9" w:rsidP="00136099">
      <w:pPr>
        <w:spacing w:beforeLines="50" w:before="212" w:after="0"/>
        <w:ind w:leftChars="100" w:left="218"/>
        <w:rPr>
          <w:rFonts w:ascii="ＭＳ 明朝" w:eastAsia="ＭＳ 明朝" w:hAnsi="ＭＳ 明朝"/>
          <w:sz w:val="21"/>
          <w:szCs w:val="21"/>
          <w:lang w:eastAsia="ja-JP"/>
        </w:rPr>
      </w:pPr>
      <w:r w:rsidRPr="00136099">
        <w:rPr>
          <w:rFonts w:ascii="ＭＳ 明朝" w:eastAsia="ＭＳ 明朝" w:hAnsi="ＭＳ 明朝" w:hint="eastAsia"/>
          <w:sz w:val="21"/>
          <w:szCs w:val="21"/>
          <w:lang w:eastAsia="ja-JP"/>
        </w:rPr>
        <w:t>６．</w:t>
      </w:r>
      <w:r w:rsidR="000B606D" w:rsidRPr="00136099">
        <w:rPr>
          <w:rFonts w:ascii="ＭＳ 明朝" w:eastAsia="ＭＳ 明朝" w:hAnsi="ＭＳ 明朝"/>
          <w:sz w:val="21"/>
          <w:szCs w:val="21"/>
          <w:lang w:eastAsia="ja-JP"/>
        </w:rPr>
        <w:t>有効期間</w:t>
      </w:r>
    </w:p>
    <w:p w:rsidR="00136099" w:rsidRPr="00136099" w:rsidRDefault="00136099" w:rsidP="00136099">
      <w:pPr>
        <w:spacing w:after="0"/>
        <w:ind w:leftChars="100" w:left="218"/>
        <w:rPr>
          <w:rFonts w:ascii="ＭＳ 明朝" w:eastAsia="ＭＳ 明朝" w:hAnsi="ＭＳ 明朝"/>
          <w:sz w:val="21"/>
          <w:szCs w:val="21"/>
          <w:lang w:eastAsia="ja-JP"/>
        </w:rPr>
      </w:pPr>
    </w:p>
    <w:p w:rsidR="008E5BCF" w:rsidRDefault="00DD66A9" w:rsidP="00136099">
      <w:pPr>
        <w:spacing w:beforeLines="50" w:before="212" w:after="0"/>
        <w:ind w:leftChars="100" w:left="218"/>
        <w:rPr>
          <w:rFonts w:ascii="ＭＳ 明朝" w:eastAsia="ＭＳ 明朝" w:hAnsi="ＭＳ 明朝"/>
          <w:sz w:val="21"/>
          <w:szCs w:val="21"/>
          <w:lang w:eastAsia="ja-JP"/>
        </w:rPr>
      </w:pPr>
      <w:r w:rsidRPr="00136099">
        <w:rPr>
          <w:rFonts w:ascii="ＭＳ 明朝" w:eastAsia="ＭＳ 明朝" w:hAnsi="ＭＳ 明朝" w:hint="eastAsia"/>
          <w:sz w:val="21"/>
          <w:szCs w:val="21"/>
          <w:lang w:eastAsia="ja-JP"/>
        </w:rPr>
        <w:t>７．</w:t>
      </w:r>
      <w:r w:rsidR="000B606D" w:rsidRPr="00136099">
        <w:rPr>
          <w:rFonts w:ascii="ＭＳ 明朝" w:eastAsia="ＭＳ 明朝" w:hAnsi="ＭＳ 明朝"/>
          <w:sz w:val="21"/>
          <w:szCs w:val="21"/>
          <w:lang w:eastAsia="ja-JP"/>
        </w:rPr>
        <w:t>特記事項</w:t>
      </w:r>
    </w:p>
    <w:sectPr w:rsidR="008E5BCF" w:rsidSect="003D5BCA">
      <w:type w:val="continuous"/>
      <w:pgSz w:w="11907" w:h="16840" w:code="9"/>
      <w:pgMar w:top="1418" w:right="1134" w:bottom="1134" w:left="1134" w:header="720" w:footer="720" w:gutter="0"/>
      <w:cols w:space="720"/>
      <w:docGrid w:type="linesAndChars" w:linePitch="424" w:charSpace="-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4259" w:rsidRDefault="003E4259" w:rsidP="005A5536">
      <w:pPr>
        <w:spacing w:after="0" w:line="240" w:lineRule="auto"/>
      </w:pPr>
      <w:r>
        <w:separator/>
      </w:r>
    </w:p>
  </w:endnote>
  <w:endnote w:type="continuationSeparator" w:id="0">
    <w:p w:rsidR="003E4259" w:rsidRDefault="003E4259" w:rsidP="005A5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4259" w:rsidRDefault="003E4259" w:rsidP="005A5536">
      <w:pPr>
        <w:spacing w:after="0" w:line="240" w:lineRule="auto"/>
      </w:pPr>
      <w:r>
        <w:separator/>
      </w:r>
    </w:p>
  </w:footnote>
  <w:footnote w:type="continuationSeparator" w:id="0">
    <w:p w:rsidR="003E4259" w:rsidRDefault="003E4259" w:rsidP="005A5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rawingGridHorizontalSpacing w:val="109"/>
  <w:drawingGridVerticalSpacing w:val="212"/>
  <w:displayHorizontalDrawingGridEvery w:val="2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590E"/>
    <w:rsid w:val="00086451"/>
    <w:rsid w:val="000A5576"/>
    <w:rsid w:val="000B606D"/>
    <w:rsid w:val="00136099"/>
    <w:rsid w:val="0015074B"/>
    <w:rsid w:val="00204A2F"/>
    <w:rsid w:val="002441EA"/>
    <w:rsid w:val="0029639D"/>
    <w:rsid w:val="00313C8E"/>
    <w:rsid w:val="00326F90"/>
    <w:rsid w:val="003714AD"/>
    <w:rsid w:val="003D5BCA"/>
    <w:rsid w:val="003E4259"/>
    <w:rsid w:val="0041269A"/>
    <w:rsid w:val="004929EA"/>
    <w:rsid w:val="004B63BA"/>
    <w:rsid w:val="004E5172"/>
    <w:rsid w:val="005A5536"/>
    <w:rsid w:val="005B7756"/>
    <w:rsid w:val="006F6FA8"/>
    <w:rsid w:val="0072063C"/>
    <w:rsid w:val="007364C9"/>
    <w:rsid w:val="00751F32"/>
    <w:rsid w:val="0077217E"/>
    <w:rsid w:val="00786A74"/>
    <w:rsid w:val="00790806"/>
    <w:rsid w:val="007B1A40"/>
    <w:rsid w:val="00815BA2"/>
    <w:rsid w:val="00824E1E"/>
    <w:rsid w:val="008B6E2E"/>
    <w:rsid w:val="008D71A3"/>
    <w:rsid w:val="008E5BCF"/>
    <w:rsid w:val="0090190D"/>
    <w:rsid w:val="0096526B"/>
    <w:rsid w:val="009A451D"/>
    <w:rsid w:val="00A51F03"/>
    <w:rsid w:val="00A9560C"/>
    <w:rsid w:val="00A97445"/>
    <w:rsid w:val="00AA1D8D"/>
    <w:rsid w:val="00AA443A"/>
    <w:rsid w:val="00B47730"/>
    <w:rsid w:val="00BE52CD"/>
    <w:rsid w:val="00C11E3E"/>
    <w:rsid w:val="00C91F1C"/>
    <w:rsid w:val="00CA7D7F"/>
    <w:rsid w:val="00CB0664"/>
    <w:rsid w:val="00CD5697"/>
    <w:rsid w:val="00D04E1B"/>
    <w:rsid w:val="00D0721D"/>
    <w:rsid w:val="00D15181"/>
    <w:rsid w:val="00D943A6"/>
    <w:rsid w:val="00DD66A9"/>
    <w:rsid w:val="00F9271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B93082"/>
  <w14:defaultImageDpi w14:val="300"/>
  <w15:docId w15:val="{66A262C8-A49A-4E6A-8C32-CFADA7667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freewordhighlight1">
    <w:name w:val="freewordhighlight1"/>
    <w:basedOn w:val="a2"/>
    <w:rsid w:val="00786A74"/>
  </w:style>
  <w:style w:type="paragraph" w:styleId="aff">
    <w:name w:val="Note Heading"/>
    <w:basedOn w:val="a1"/>
    <w:next w:val="a1"/>
    <w:link w:val="aff0"/>
    <w:uiPriority w:val="99"/>
    <w:unhideWhenUsed/>
    <w:rsid w:val="00DD66A9"/>
    <w:pPr>
      <w:jc w:val="center"/>
    </w:pPr>
    <w:rPr>
      <w:rFonts w:asciiTheme="minorEastAsia" w:hAnsiTheme="minorEastAsia"/>
      <w:sz w:val="21"/>
      <w:szCs w:val="21"/>
      <w:lang w:eastAsia="ja-JP"/>
    </w:rPr>
  </w:style>
  <w:style w:type="character" w:customStyle="1" w:styleId="aff0">
    <w:name w:val="記 (文字)"/>
    <w:basedOn w:val="a2"/>
    <w:link w:val="aff"/>
    <w:uiPriority w:val="99"/>
    <w:rsid w:val="00DD66A9"/>
    <w:rPr>
      <w:rFonts w:asciiTheme="minorEastAsia" w:hAnsiTheme="minorEastAsia"/>
      <w:sz w:val="21"/>
      <w:szCs w:val="21"/>
      <w:lang w:eastAsia="ja-JP"/>
    </w:rPr>
  </w:style>
  <w:style w:type="paragraph" w:styleId="aff1">
    <w:name w:val="Closing"/>
    <w:basedOn w:val="a1"/>
    <w:link w:val="aff2"/>
    <w:uiPriority w:val="99"/>
    <w:unhideWhenUsed/>
    <w:rsid w:val="00DD66A9"/>
    <w:pPr>
      <w:jc w:val="right"/>
    </w:pPr>
    <w:rPr>
      <w:rFonts w:asciiTheme="minorEastAsia" w:hAnsiTheme="minorEastAsia"/>
      <w:sz w:val="21"/>
      <w:szCs w:val="21"/>
      <w:lang w:eastAsia="ja-JP"/>
    </w:rPr>
  </w:style>
  <w:style w:type="character" w:customStyle="1" w:styleId="aff2">
    <w:name w:val="結語 (文字)"/>
    <w:basedOn w:val="a2"/>
    <w:link w:val="aff1"/>
    <w:uiPriority w:val="99"/>
    <w:rsid w:val="00DD66A9"/>
    <w:rPr>
      <w:rFonts w:asciiTheme="minorEastAsia" w:hAnsiTheme="minorEastAsia"/>
      <w:sz w:val="21"/>
      <w:szCs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80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092E60E-48D2-4781-88D6-B7D9896C2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佐古 康介</cp:lastModifiedBy>
  <cp:revision>2</cp:revision>
  <dcterms:created xsi:type="dcterms:W3CDTF">2026-08-13T07:28:00Z</dcterms:created>
  <dcterms:modified xsi:type="dcterms:W3CDTF">2026-08-13T07:28:00Z</dcterms:modified>
  <cp:category/>
</cp:coreProperties>
</file>